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ACD2" w14:textId="63DF8EB4" w:rsidR="003E5B1B" w:rsidRPr="00286DB2" w:rsidRDefault="00286DB2">
      <w:pPr>
        <w:jc w:val="center"/>
      </w:pPr>
      <w:r w:rsidRPr="00286DB2">
        <w:rPr>
          <w:rFonts w:ascii="Aptos Display" w:hAnsi="Aptos Display"/>
          <w:b/>
          <w:sz w:val="36"/>
        </w:rPr>
        <w:t>SMLOUVA NA ZÁJEZD „VÁNOČNÍ NORIMBERK A</w:t>
      </w:r>
      <w:r>
        <w:rPr>
          <w:rFonts w:ascii="Aptos Display" w:hAnsi="Aptos Display"/>
          <w:b/>
          <w:sz w:val="36"/>
        </w:rPr>
        <w:t xml:space="preserve"> AMBERK”</w:t>
      </w:r>
    </w:p>
    <w:p w14:paraId="7523C176" w14:textId="4A8CC56C" w:rsidR="003E5B1B" w:rsidRPr="00D30965" w:rsidRDefault="00000000">
      <w:pPr>
        <w:jc w:val="center"/>
        <w:rPr>
          <w:lang w:val="pl-PL"/>
        </w:rPr>
      </w:pPr>
      <w:r w:rsidRPr="00D30965">
        <w:rPr>
          <w:b/>
          <w:sz w:val="25"/>
          <w:lang w:val="pl-PL"/>
        </w:rPr>
        <w:t>27.–28. listopadu 2026</w:t>
      </w:r>
      <w:r w:rsidR="0082325E">
        <w:rPr>
          <w:b/>
          <w:sz w:val="25"/>
          <w:lang w:val="pl-PL"/>
        </w:rPr>
        <w:t>, cena 3 990 Kč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E5B1B" w:rsidRPr="00D30965" w14:paraId="6142DA56" w14:textId="77777777">
        <w:trPr>
          <w:jc w:val="center"/>
        </w:trPr>
        <w:tc>
          <w:tcPr>
            <w:tcW w:w="10200" w:type="dxa"/>
            <w:shd w:val="clear" w:color="auto" w:fill="EAF1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C1CF83" w14:textId="77777777" w:rsidR="003E5B1B" w:rsidRPr="00D30965" w:rsidRDefault="00000000">
            <w:pPr>
              <w:jc w:val="center"/>
              <w:rPr>
                <w:lang w:val="pl-PL"/>
              </w:rPr>
            </w:pPr>
            <w:r w:rsidRPr="00D30965">
              <w:rPr>
                <w:sz w:val="19"/>
                <w:lang w:val="pl-PL"/>
              </w:rPr>
              <w:t>Prosíme o vyplnění všech údajů a označení požadovaných možností.</w:t>
            </w:r>
          </w:p>
        </w:tc>
      </w:tr>
    </w:tbl>
    <w:p w14:paraId="5CBEF7EC" w14:textId="77777777" w:rsidR="003E5B1B" w:rsidRPr="00D30965" w:rsidRDefault="003E5B1B">
      <w:pPr>
        <w:spacing w:after="20"/>
        <w:rPr>
          <w:lang w:val="pl-PL"/>
        </w:rPr>
      </w:pPr>
    </w:p>
    <w:p w14:paraId="2539FB0B" w14:textId="77777777" w:rsidR="003E5B1B" w:rsidRPr="00D30965" w:rsidRDefault="00000000">
      <w:pPr>
        <w:spacing w:before="100" w:after="60"/>
        <w:rPr>
          <w:sz w:val="22"/>
          <w:szCs w:val="24"/>
        </w:rPr>
      </w:pPr>
      <w:r w:rsidRPr="00D30965">
        <w:rPr>
          <w:b/>
          <w:sz w:val="24"/>
          <w:szCs w:val="24"/>
        </w:rPr>
        <w:t>1. OSOBNÍ ÚDAJE</w:t>
      </w:r>
    </w:p>
    <w:tbl>
      <w:tblPr>
        <w:tblW w:w="0" w:type="auto"/>
        <w:jc w:val="center"/>
        <w:tblBorders>
          <w:top w:val="single" w:sz="4" w:space="0" w:color="D9E0E5"/>
          <w:left w:val="single" w:sz="4" w:space="0" w:color="D9E0E5"/>
          <w:bottom w:val="single" w:sz="4" w:space="0" w:color="D9E0E5"/>
          <w:right w:val="single" w:sz="4" w:space="0" w:color="D9E0E5"/>
          <w:insideH w:val="single" w:sz="4" w:space="0" w:color="D9E0E5"/>
          <w:insideV w:val="single" w:sz="4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973"/>
      </w:tblGrid>
      <w:tr w:rsidR="003E5B1B" w:rsidRPr="00D30965" w14:paraId="1DAA3763" w14:textId="77777777">
        <w:trPr>
          <w:jc w:val="center"/>
        </w:trPr>
        <w:tc>
          <w:tcPr>
            <w:tcW w:w="238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609476" w14:textId="153B791A" w:rsidR="003E5B1B" w:rsidRPr="00D30965" w:rsidRDefault="00286DB2">
            <w:pPr>
              <w:rPr>
                <w:sz w:val="22"/>
                <w:szCs w:val="24"/>
              </w:rPr>
            </w:pPr>
            <w:r w:rsidRPr="00D30965">
              <w:rPr>
                <w:b/>
                <w:sz w:val="22"/>
                <w:szCs w:val="24"/>
              </w:rPr>
              <w:t>Jméno a příjmení:</w:t>
            </w:r>
          </w:p>
        </w:tc>
        <w:tc>
          <w:tcPr>
            <w:tcW w:w="697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2C46EF" w14:textId="7D3DE3E6" w:rsidR="003E5B1B" w:rsidRPr="00D30965" w:rsidRDefault="003E5B1B">
            <w:pPr>
              <w:rPr>
                <w:sz w:val="22"/>
                <w:szCs w:val="24"/>
              </w:rPr>
            </w:pPr>
          </w:p>
        </w:tc>
      </w:tr>
      <w:tr w:rsidR="003E5B1B" w:rsidRPr="00D30965" w14:paraId="621AFA0E" w14:textId="77777777">
        <w:trPr>
          <w:jc w:val="center"/>
        </w:trPr>
        <w:tc>
          <w:tcPr>
            <w:tcW w:w="238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1B8E68" w14:textId="083E67D3" w:rsidR="003E5B1B" w:rsidRPr="00D30965" w:rsidRDefault="00286DB2">
            <w:pPr>
              <w:rPr>
                <w:sz w:val="22"/>
                <w:szCs w:val="24"/>
              </w:rPr>
            </w:pPr>
            <w:r w:rsidRPr="00D30965">
              <w:rPr>
                <w:b/>
                <w:sz w:val="22"/>
                <w:szCs w:val="24"/>
              </w:rPr>
              <w:t>Datum narození:</w:t>
            </w:r>
          </w:p>
        </w:tc>
        <w:tc>
          <w:tcPr>
            <w:tcW w:w="697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330387" w14:textId="4A5CDEF2" w:rsidR="003E5B1B" w:rsidRPr="00D30965" w:rsidRDefault="003E5B1B">
            <w:pPr>
              <w:rPr>
                <w:sz w:val="22"/>
                <w:szCs w:val="24"/>
              </w:rPr>
            </w:pPr>
          </w:p>
        </w:tc>
      </w:tr>
      <w:tr w:rsidR="003E5B1B" w:rsidRPr="00D30965" w14:paraId="2D07502D" w14:textId="77777777">
        <w:trPr>
          <w:jc w:val="center"/>
        </w:trPr>
        <w:tc>
          <w:tcPr>
            <w:tcW w:w="238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F7C4C7" w14:textId="7BB77D9A" w:rsidR="003E5B1B" w:rsidRPr="00286DB2" w:rsidRDefault="00286DB2">
            <w:pPr>
              <w:rPr>
                <w:b/>
                <w:bCs/>
                <w:sz w:val="22"/>
                <w:szCs w:val="24"/>
              </w:rPr>
            </w:pPr>
            <w:r w:rsidRPr="00286DB2">
              <w:rPr>
                <w:b/>
                <w:bCs/>
                <w:sz w:val="22"/>
                <w:szCs w:val="24"/>
              </w:rPr>
              <w:t>Trvalé bydliště:</w:t>
            </w:r>
          </w:p>
        </w:tc>
        <w:tc>
          <w:tcPr>
            <w:tcW w:w="697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44CA08" w14:textId="67E1D56F" w:rsidR="003E5B1B" w:rsidRPr="00D30965" w:rsidRDefault="003E5B1B">
            <w:pPr>
              <w:rPr>
                <w:sz w:val="22"/>
                <w:szCs w:val="24"/>
              </w:rPr>
            </w:pPr>
          </w:p>
        </w:tc>
      </w:tr>
      <w:tr w:rsidR="003E5B1B" w:rsidRPr="00D30965" w14:paraId="7FA4CA99" w14:textId="77777777">
        <w:trPr>
          <w:jc w:val="center"/>
        </w:trPr>
        <w:tc>
          <w:tcPr>
            <w:tcW w:w="238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9B9BD4" w14:textId="7ECB55CD" w:rsidR="003E5B1B" w:rsidRPr="00286DB2" w:rsidRDefault="00286DB2">
            <w:pPr>
              <w:rPr>
                <w:b/>
                <w:sz w:val="22"/>
                <w:szCs w:val="24"/>
              </w:rPr>
            </w:pPr>
            <w:r w:rsidRPr="00286DB2">
              <w:rPr>
                <w:b/>
                <w:sz w:val="22"/>
                <w:szCs w:val="24"/>
              </w:rPr>
              <w:t>E-mail:</w:t>
            </w:r>
          </w:p>
        </w:tc>
        <w:tc>
          <w:tcPr>
            <w:tcW w:w="697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B5C073" w14:textId="5DC5F643" w:rsidR="003E5B1B" w:rsidRPr="00D30965" w:rsidRDefault="003E5B1B">
            <w:pPr>
              <w:rPr>
                <w:sz w:val="22"/>
                <w:szCs w:val="24"/>
              </w:rPr>
            </w:pPr>
          </w:p>
        </w:tc>
      </w:tr>
      <w:tr w:rsidR="003E5B1B" w:rsidRPr="00D30965" w14:paraId="2FB3A9D4" w14:textId="77777777">
        <w:trPr>
          <w:jc w:val="center"/>
        </w:trPr>
        <w:tc>
          <w:tcPr>
            <w:tcW w:w="238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FD5314" w14:textId="77777777" w:rsidR="003E5B1B" w:rsidRPr="00D30965" w:rsidRDefault="00000000">
            <w:pPr>
              <w:rPr>
                <w:sz w:val="22"/>
                <w:szCs w:val="24"/>
              </w:rPr>
            </w:pPr>
            <w:r w:rsidRPr="00D30965">
              <w:rPr>
                <w:b/>
                <w:sz w:val="22"/>
                <w:szCs w:val="24"/>
              </w:rPr>
              <w:t>Telefon:</w:t>
            </w:r>
          </w:p>
        </w:tc>
        <w:tc>
          <w:tcPr>
            <w:tcW w:w="697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691E13" w14:textId="0E855A9C" w:rsidR="003E5B1B" w:rsidRPr="00D30965" w:rsidRDefault="003E5B1B">
            <w:pPr>
              <w:rPr>
                <w:sz w:val="22"/>
                <w:szCs w:val="24"/>
              </w:rPr>
            </w:pPr>
          </w:p>
        </w:tc>
      </w:tr>
    </w:tbl>
    <w:p w14:paraId="16FC72DB" w14:textId="77777777" w:rsidR="00D30965" w:rsidRDefault="00D30965">
      <w:pPr>
        <w:spacing w:before="100" w:after="60"/>
        <w:rPr>
          <w:b/>
          <w:sz w:val="24"/>
          <w:szCs w:val="24"/>
        </w:rPr>
      </w:pPr>
    </w:p>
    <w:p w14:paraId="1A86E536" w14:textId="15F299A1" w:rsidR="003E5B1B" w:rsidRPr="00D30965" w:rsidRDefault="00000000">
      <w:pPr>
        <w:spacing w:before="100" w:after="60"/>
        <w:rPr>
          <w:sz w:val="22"/>
          <w:szCs w:val="24"/>
        </w:rPr>
      </w:pPr>
      <w:r w:rsidRPr="00D30965">
        <w:rPr>
          <w:b/>
          <w:sz w:val="24"/>
          <w:szCs w:val="24"/>
        </w:rPr>
        <w:t>2. NÁSTUPNÍ MÍSTO</w:t>
      </w:r>
    </w:p>
    <w:p w14:paraId="44140F20" w14:textId="77777777" w:rsidR="003E5B1B" w:rsidRPr="00D30965" w:rsidRDefault="00000000">
      <w:pPr>
        <w:spacing w:after="40"/>
        <w:rPr>
          <w:sz w:val="22"/>
          <w:szCs w:val="24"/>
        </w:rPr>
      </w:pPr>
      <w:r w:rsidRPr="00D30965">
        <w:rPr>
          <w:b/>
          <w:sz w:val="22"/>
          <w:szCs w:val="24"/>
        </w:rPr>
        <w:t>Označte prosím zvolené nástupní místo:</w:t>
      </w:r>
    </w:p>
    <w:p w14:paraId="5095158B" w14:textId="77777777" w:rsidR="003E5B1B" w:rsidRPr="00D30965" w:rsidRDefault="00000000">
      <w:pPr>
        <w:spacing w:after="40"/>
        <w:rPr>
          <w:sz w:val="22"/>
          <w:szCs w:val="24"/>
        </w:rPr>
      </w:pPr>
      <w:r w:rsidRPr="00D30965">
        <w:rPr>
          <w:sz w:val="22"/>
          <w:szCs w:val="24"/>
        </w:rPr>
        <w:t>☐  Olomouc        ☐  Prostějov        ☐  Vyškov        ☐  Brno</w:t>
      </w:r>
    </w:p>
    <w:p w14:paraId="4995E157" w14:textId="77777777" w:rsidR="00D30965" w:rsidRDefault="00D30965">
      <w:pPr>
        <w:spacing w:before="100" w:after="60"/>
        <w:rPr>
          <w:b/>
          <w:sz w:val="24"/>
          <w:szCs w:val="24"/>
        </w:rPr>
      </w:pPr>
    </w:p>
    <w:p w14:paraId="026843F3" w14:textId="65109E4D" w:rsidR="003E5B1B" w:rsidRPr="00D30965" w:rsidRDefault="00000000">
      <w:pPr>
        <w:spacing w:before="100" w:after="60"/>
        <w:rPr>
          <w:sz w:val="22"/>
          <w:szCs w:val="24"/>
        </w:rPr>
      </w:pPr>
      <w:r w:rsidRPr="00D30965">
        <w:rPr>
          <w:b/>
          <w:sz w:val="24"/>
          <w:szCs w:val="24"/>
        </w:rPr>
        <w:t>3. UBYTOVÁNÍ</w:t>
      </w:r>
    </w:p>
    <w:tbl>
      <w:tblPr>
        <w:tblW w:w="0" w:type="auto"/>
        <w:jc w:val="center"/>
        <w:tblBorders>
          <w:top w:val="single" w:sz="4" w:space="0" w:color="D9E0E5"/>
          <w:left w:val="single" w:sz="4" w:space="0" w:color="D9E0E5"/>
          <w:bottom w:val="single" w:sz="4" w:space="0" w:color="D9E0E5"/>
          <w:right w:val="single" w:sz="4" w:space="0" w:color="D9E0E5"/>
          <w:insideH w:val="single" w:sz="4" w:space="0" w:color="D9E0E5"/>
          <w:insideV w:val="single" w:sz="4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 w:rsidR="003E5B1B" w:rsidRPr="00D30965" w14:paraId="21A87605" w14:textId="77777777">
        <w:trPr>
          <w:jc w:val="center"/>
        </w:trPr>
        <w:tc>
          <w:tcPr>
            <w:tcW w:w="10200" w:type="dxa"/>
            <w:shd w:val="clear" w:color="auto" w:fill="F4F4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37B92" w14:textId="77777777" w:rsidR="003E5B1B" w:rsidRPr="00D30965" w:rsidRDefault="00000000">
            <w:pPr>
              <w:rPr>
                <w:sz w:val="22"/>
                <w:szCs w:val="24"/>
              </w:rPr>
            </w:pPr>
            <w:r w:rsidRPr="00D30965">
              <w:rPr>
                <w:b/>
                <w:sz w:val="22"/>
                <w:szCs w:val="24"/>
              </w:rPr>
              <w:t>Standardně je zajištěno ubytování ve třílůžkových pokojích.</w:t>
            </w:r>
          </w:p>
        </w:tc>
      </w:tr>
      <w:tr w:rsidR="003E5B1B" w:rsidRPr="00D30965" w14:paraId="491B461E" w14:textId="77777777">
        <w:trPr>
          <w:jc w:val="center"/>
        </w:trPr>
        <w:tc>
          <w:tcPr>
            <w:tcW w:w="10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47076" w14:textId="77777777" w:rsidR="003E5B1B" w:rsidRPr="00D30965" w:rsidRDefault="00000000">
            <w:pPr>
              <w:rPr>
                <w:sz w:val="22"/>
                <w:szCs w:val="24"/>
              </w:rPr>
            </w:pPr>
            <w:r w:rsidRPr="00D30965">
              <w:rPr>
                <w:sz w:val="22"/>
                <w:szCs w:val="24"/>
              </w:rPr>
              <w:t>☐  Mám zájem o dvoulůžkový pokoj za příplatek 360 Kč/osoba      ☐  Nemám zájem – třílůžkový pokoj</w:t>
            </w:r>
          </w:p>
        </w:tc>
      </w:tr>
    </w:tbl>
    <w:p w14:paraId="365DD247" w14:textId="77777777" w:rsidR="003E5B1B" w:rsidRPr="00D30965" w:rsidRDefault="00000000">
      <w:pPr>
        <w:spacing w:before="60" w:after="20"/>
        <w:rPr>
          <w:sz w:val="22"/>
          <w:szCs w:val="24"/>
        </w:rPr>
      </w:pPr>
      <w:r w:rsidRPr="00D30965">
        <w:rPr>
          <w:b/>
          <w:sz w:val="22"/>
          <w:szCs w:val="24"/>
        </w:rPr>
        <w:t>Pokud máte požadavek na ubytování s konkrétní osobou, uveďte její jméno:</w:t>
      </w:r>
    </w:p>
    <w:p w14:paraId="4858BE6A" w14:textId="77777777" w:rsidR="003E5B1B" w:rsidRPr="00D30965" w:rsidRDefault="00000000">
      <w:pPr>
        <w:spacing w:after="40"/>
        <w:rPr>
          <w:sz w:val="22"/>
          <w:szCs w:val="24"/>
        </w:rPr>
      </w:pPr>
      <w:r w:rsidRPr="00D30965">
        <w:rPr>
          <w:sz w:val="22"/>
          <w:szCs w:val="24"/>
        </w:rPr>
        <w:t>________________________________________________________________________________</w:t>
      </w:r>
    </w:p>
    <w:p w14:paraId="3B18EB60" w14:textId="77777777" w:rsidR="00D30965" w:rsidRDefault="00D30965">
      <w:pPr>
        <w:spacing w:before="100" w:after="60"/>
        <w:rPr>
          <w:b/>
          <w:sz w:val="24"/>
          <w:szCs w:val="24"/>
        </w:rPr>
      </w:pPr>
    </w:p>
    <w:p w14:paraId="0F8DD36F" w14:textId="6DCF0C54" w:rsidR="003E5B1B" w:rsidRPr="00D30965" w:rsidRDefault="00000000">
      <w:pPr>
        <w:spacing w:before="100" w:after="60"/>
        <w:rPr>
          <w:sz w:val="22"/>
          <w:szCs w:val="24"/>
        </w:rPr>
      </w:pPr>
      <w:r w:rsidRPr="00D30965">
        <w:rPr>
          <w:b/>
          <w:sz w:val="24"/>
          <w:szCs w:val="24"/>
        </w:rPr>
        <w:t>4. POTVRZENÍ PŘIHLÁŠKY</w:t>
      </w:r>
    </w:p>
    <w:p w14:paraId="4EF50484" w14:textId="77777777" w:rsidR="003E5B1B" w:rsidRPr="00D30965" w:rsidRDefault="00000000">
      <w:pPr>
        <w:spacing w:after="140"/>
        <w:rPr>
          <w:sz w:val="22"/>
          <w:szCs w:val="24"/>
        </w:rPr>
      </w:pPr>
      <w:r w:rsidRPr="00D30965">
        <w:rPr>
          <w:sz w:val="22"/>
          <w:szCs w:val="24"/>
        </w:rPr>
        <w:t>Svým podpisem potvrzuji, že jsem uvedl/a pravdivé údaje a přihlašuji se na zájezd do Norimberku ve dnech 27.–28. 11. 2026.</w:t>
      </w:r>
    </w:p>
    <w:tbl>
      <w:tblPr>
        <w:tblW w:w="0" w:type="auto"/>
        <w:jc w:val="center"/>
        <w:tblBorders>
          <w:top w:val="single" w:sz="4" w:space="0" w:color="D9E0E5"/>
          <w:left w:val="single" w:sz="4" w:space="0" w:color="D9E0E5"/>
          <w:bottom w:val="single" w:sz="4" w:space="0" w:color="D9E0E5"/>
          <w:right w:val="single" w:sz="4" w:space="0" w:color="D9E0E5"/>
          <w:insideH w:val="single" w:sz="4" w:space="0" w:color="D9E0E5"/>
          <w:insideV w:val="single" w:sz="4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3E5B1B" w:rsidRPr="00D30965" w14:paraId="1321987E" w14:textId="77777777">
        <w:trPr>
          <w:jc w:val="center"/>
        </w:trPr>
        <w:tc>
          <w:tcPr>
            <w:tcW w:w="51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8BB28D3" w14:textId="02863D58" w:rsidR="003E5B1B" w:rsidRPr="00D30965" w:rsidRDefault="00000000">
            <w:pPr>
              <w:rPr>
                <w:sz w:val="22"/>
                <w:szCs w:val="24"/>
              </w:rPr>
            </w:pPr>
            <w:r w:rsidRPr="00D30965">
              <w:rPr>
                <w:sz w:val="22"/>
                <w:szCs w:val="24"/>
              </w:rPr>
              <w:t xml:space="preserve">Datum: </w:t>
            </w:r>
          </w:p>
        </w:tc>
        <w:tc>
          <w:tcPr>
            <w:tcW w:w="51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F19FD92" w14:textId="72EC0F37" w:rsidR="003E5B1B" w:rsidRPr="00D30965" w:rsidRDefault="00000000">
            <w:pPr>
              <w:rPr>
                <w:sz w:val="22"/>
                <w:szCs w:val="24"/>
              </w:rPr>
            </w:pPr>
            <w:r w:rsidRPr="00D30965">
              <w:rPr>
                <w:sz w:val="22"/>
                <w:szCs w:val="24"/>
              </w:rPr>
              <w:t xml:space="preserve">Podpis: </w:t>
            </w:r>
          </w:p>
        </w:tc>
      </w:tr>
    </w:tbl>
    <w:p w14:paraId="0AE3D412" w14:textId="32458C00" w:rsidR="00286DB2" w:rsidRDefault="00000000">
      <w:pPr>
        <w:spacing w:before="160"/>
        <w:jc w:val="center"/>
        <w:rPr>
          <w:i/>
          <w:sz w:val="18"/>
        </w:rPr>
      </w:pPr>
      <w:r>
        <w:rPr>
          <w:i/>
          <w:sz w:val="18"/>
        </w:rPr>
        <w:t>Děkujeme za vyplnění přihlášky.</w:t>
      </w:r>
    </w:p>
    <w:p w14:paraId="3118A01C" w14:textId="77777777" w:rsidR="00286DB2" w:rsidRDefault="00286DB2">
      <w:pPr>
        <w:rPr>
          <w:i/>
          <w:sz w:val="18"/>
        </w:rPr>
      </w:pPr>
      <w:r>
        <w:rPr>
          <w:i/>
          <w:sz w:val="18"/>
        </w:rPr>
        <w:br w:type="page"/>
      </w:r>
    </w:p>
    <w:p w14:paraId="2F718D46" w14:textId="1BF7D6F2" w:rsidR="003E5B1B" w:rsidRPr="00286DB2" w:rsidRDefault="00286DB2" w:rsidP="00286DB2">
      <w:pPr>
        <w:spacing w:before="160"/>
        <w:rPr>
          <w:sz w:val="22"/>
        </w:rPr>
      </w:pPr>
      <w:r w:rsidRPr="00286DB2">
        <w:rPr>
          <w:sz w:val="22"/>
        </w:rPr>
        <w:lastRenderedPageBreak/>
        <w:t xml:space="preserve">Cena </w:t>
      </w:r>
      <w:r w:rsidRPr="00286DB2">
        <w:rPr>
          <w:b/>
          <w:bCs/>
          <w:sz w:val="22"/>
        </w:rPr>
        <w:t>3</w:t>
      </w:r>
      <w:r>
        <w:rPr>
          <w:b/>
          <w:bCs/>
          <w:sz w:val="22"/>
        </w:rPr>
        <w:t xml:space="preserve"> </w:t>
      </w:r>
      <w:r w:rsidRPr="00286DB2">
        <w:rPr>
          <w:b/>
          <w:bCs/>
          <w:sz w:val="22"/>
        </w:rPr>
        <w:t>990 Kč</w:t>
      </w:r>
      <w:r w:rsidRPr="00286DB2">
        <w:rPr>
          <w:sz w:val="22"/>
        </w:rPr>
        <w:t xml:space="preserve"> zahrnuje: dopravu autokarem, ubytování v třílůžkovém pokoji se snídaní, služby průvodce, komplexní cestovní pojištění Uniqa.</w:t>
      </w:r>
    </w:p>
    <w:p w14:paraId="787FB8D8" w14:textId="77777777" w:rsidR="00286DB2" w:rsidRDefault="00286DB2" w:rsidP="00286DB2">
      <w:pPr>
        <w:spacing w:before="160"/>
      </w:pPr>
    </w:p>
    <w:p w14:paraId="5C0149E8" w14:textId="3AA42001" w:rsidR="00286DB2" w:rsidRPr="00286DB2" w:rsidRDefault="00286DB2" w:rsidP="00286DB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</w:pPr>
      <w:r w:rsidRPr="00286DB2"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  <w:t xml:space="preserve">Práva a povinnosti obou stran se řídí výše uvedenými ujednáními smlouvy/přihlášky, všeobecnými podmínkami cestovní kanceláře BOHEMIAN FANTASY spol. s r.o., které zákazník podpisem této smlouvy/přihlášky akceptuje a zavazuje se dodržovat, jakož i obecně závaznými právními předpisy. Zákazník prohlašuje, že všechny údaje uvedené v této smlouvě jsou pravdivé a úplné a dále prohlašuje, že plně bere na vědomí informace uvedené v </w:t>
      </w:r>
      <w:r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  <w:t>nabídce</w:t>
      </w:r>
      <w:r w:rsidRPr="00286DB2"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  <w:t xml:space="preserve"> zájezd</w:t>
      </w:r>
      <w:r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  <w:t>u</w:t>
      </w:r>
      <w:r w:rsidRPr="00286DB2">
        <w:rPr>
          <w:rFonts w:ascii="Times New Roman" w:eastAsia="Times New Roman" w:hAnsi="Times New Roman" w:cs="Times New Roman"/>
          <w:sz w:val="18"/>
          <w:szCs w:val="18"/>
          <w:lang w:val="cs-CZ" w:eastAsia="cs-CZ"/>
        </w:rPr>
        <w:t xml:space="preserve"> (případně v dodatečné písemné nabídce) a je seznámen s pasovými a vízovými požadavky a zdravotními doklady, které jsou pro cestu a pobyt vyžadovány. Objednatel dále prohlašuje, že byl poučen o tom, že poskytnutí osobních údajů je dobrovolné a že byl seznámen se způsobem jejich zpracování v rozsahu uvedeném v Dodatku č. 1 ke Všeobecným podmínkám Bohemian fantasy spol. s r.o. Na základě zmocnění uděluje objednatel souhlas rovněž jménem všech spolucestujících osob. </w:t>
      </w:r>
    </w:p>
    <w:p w14:paraId="6242BDDC" w14:textId="77777777" w:rsidR="00286DB2" w:rsidRPr="00286DB2" w:rsidRDefault="00286DB2" w:rsidP="00286DB2">
      <w:pPr>
        <w:spacing w:before="160"/>
        <w:rPr>
          <w:sz w:val="24"/>
          <w:szCs w:val="28"/>
          <w:lang w:val="cs-CZ"/>
        </w:rPr>
      </w:pPr>
    </w:p>
    <w:sectPr w:rsidR="00286DB2" w:rsidRPr="00286DB2" w:rsidSect="00286DB2">
      <w:pgSz w:w="12240" w:h="15840"/>
      <w:pgMar w:top="113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1405783">
    <w:abstractNumId w:val="8"/>
  </w:num>
  <w:num w:numId="2" w16cid:durableId="127549757">
    <w:abstractNumId w:val="6"/>
  </w:num>
  <w:num w:numId="3" w16cid:durableId="338436739">
    <w:abstractNumId w:val="5"/>
  </w:num>
  <w:num w:numId="4" w16cid:durableId="1011178759">
    <w:abstractNumId w:val="4"/>
  </w:num>
  <w:num w:numId="5" w16cid:durableId="524563497">
    <w:abstractNumId w:val="7"/>
  </w:num>
  <w:num w:numId="6" w16cid:durableId="3745420">
    <w:abstractNumId w:val="3"/>
  </w:num>
  <w:num w:numId="7" w16cid:durableId="2000882668">
    <w:abstractNumId w:val="2"/>
  </w:num>
  <w:num w:numId="8" w16cid:durableId="1498032653">
    <w:abstractNumId w:val="1"/>
  </w:num>
  <w:num w:numId="9" w16cid:durableId="125740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6DB2"/>
    <w:rsid w:val="0029639D"/>
    <w:rsid w:val="00326F90"/>
    <w:rsid w:val="003E5B1B"/>
    <w:rsid w:val="0082325E"/>
    <w:rsid w:val="008813AE"/>
    <w:rsid w:val="00AA1D8D"/>
    <w:rsid w:val="00AB1A3C"/>
    <w:rsid w:val="00B47730"/>
    <w:rsid w:val="00CB0664"/>
    <w:rsid w:val="00D30965"/>
    <w:rsid w:val="00D32B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6618D"/>
  <w14:defaultImageDpi w14:val="300"/>
  <w15:docId w15:val="{FE63D2E9-A679-4C71-9E91-0694EAC6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Křížová Denisa</cp:lastModifiedBy>
  <cp:revision>5</cp:revision>
  <cp:lastPrinted>2026-10-02T07:10:00Z</cp:lastPrinted>
  <dcterms:created xsi:type="dcterms:W3CDTF">2013-12-23T23:15:00Z</dcterms:created>
  <dcterms:modified xsi:type="dcterms:W3CDTF">2026-10-02T08:11:00Z</dcterms:modified>
  <cp:category/>
</cp:coreProperties>
</file>